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A65" w:rsidRDefault="00BF26A5">
      <w:pPr>
        <w:spacing w:after="40"/>
        <w:jc w:val="center"/>
      </w:pPr>
      <w:r>
        <w:rPr>
          <w:noProof/>
          <w:lang w:val="it-IT" w:eastAsia="it-IT"/>
        </w:rPr>
        <w:drawing>
          <wp:inline distT="0" distB="0" distL="0" distR="0">
            <wp:extent cx="2951999" cy="1180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mail(5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51999" cy="11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A65" w:rsidRDefault="00BF26A5">
      <w:pPr>
        <w:spacing w:after="20"/>
        <w:jc w:val="center"/>
      </w:pPr>
      <w:r>
        <w:rPr>
          <w:b/>
          <w:sz w:val="24"/>
        </w:rPr>
        <w:t>AM TERMOIDRAULICA</w:t>
      </w:r>
    </w:p>
    <w:p w:rsidR="003A0A65" w:rsidRDefault="00BF26A5">
      <w:pPr>
        <w:spacing w:after="180"/>
        <w:jc w:val="center"/>
      </w:pPr>
      <w:r>
        <w:rPr>
          <w:sz w:val="17"/>
        </w:rPr>
        <w:t>www.am-termoidraulica.it  |  info@am-termoidraulica.it</w:t>
      </w:r>
    </w:p>
    <w:p w:rsidR="003A0A65" w:rsidRDefault="00BF26A5">
      <w:pPr>
        <w:spacing w:after="60"/>
        <w:jc w:val="center"/>
      </w:pPr>
      <w:r>
        <w:rPr>
          <w:b/>
          <w:sz w:val="28"/>
        </w:rPr>
        <w:t>RICHIESTA DI APPLICAZIONE IVA AGEVOLATA AL 4%</w:t>
      </w:r>
    </w:p>
    <w:p w:rsidR="003A0A65" w:rsidRDefault="00BF26A5">
      <w:pPr>
        <w:spacing w:after="220"/>
        <w:jc w:val="center"/>
        <w:rPr>
          <w:i/>
        </w:rPr>
      </w:pPr>
      <w:r>
        <w:rPr>
          <w:i/>
        </w:rPr>
        <w:t xml:space="preserve">Costruzione di abitazione con requisiti “prima casa” – </w:t>
      </w:r>
      <w:proofErr w:type="spellStart"/>
      <w:r>
        <w:rPr>
          <w:i/>
        </w:rPr>
        <w:t>acquisto</w:t>
      </w:r>
      <w:proofErr w:type="spellEnd"/>
      <w:r>
        <w:rPr>
          <w:i/>
        </w:rPr>
        <w:t xml:space="preserve"> di </w:t>
      </w:r>
      <w:proofErr w:type="spellStart"/>
      <w:r>
        <w:rPr>
          <w:i/>
        </w:rPr>
        <w:t>beni</w:t>
      </w:r>
      <w:proofErr w:type="spellEnd"/>
      <w:r>
        <w:rPr>
          <w:i/>
        </w:rPr>
        <w:t xml:space="preserve"> </w:t>
      </w:r>
      <w:r w:rsidR="00DA3BD8">
        <w:rPr>
          <w:i/>
        </w:rPr>
        <w:t>finite</w:t>
      </w:r>
    </w:p>
    <w:p w:rsidR="00DA3BD8" w:rsidRDefault="00DA3BD8">
      <w:pPr>
        <w:spacing w:after="220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3A0A65">
        <w:trPr>
          <w:jc w:val="center"/>
        </w:trPr>
        <w:tc>
          <w:tcPr>
            <w:tcW w:w="10312" w:type="dxa"/>
            <w:shd w:val="clear" w:color="auto" w:fill="0B2C66"/>
          </w:tcPr>
          <w:p w:rsidR="003A0A65" w:rsidRDefault="00BF26A5">
            <w:pPr>
              <w:spacing w:before="60" w:after="60"/>
            </w:pPr>
            <w:r>
              <w:rPr>
                <w:b/>
                <w:color w:val="FFFFFF"/>
                <w:sz w:val="21"/>
              </w:rPr>
              <w:t>DATI DEL RICHIEDENTE</w:t>
            </w:r>
          </w:p>
        </w:tc>
      </w:tr>
    </w:tbl>
    <w:p w:rsidR="003A0A65" w:rsidRDefault="003A0A65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79"/>
        <w:gridCol w:w="5149"/>
      </w:tblGrid>
      <w:tr w:rsidR="003A0A65">
        <w:trPr>
          <w:jc w:val="center"/>
        </w:trPr>
        <w:tc>
          <w:tcPr>
            <w:tcW w:w="10312" w:type="dxa"/>
            <w:gridSpan w:val="2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3A0A65" w:rsidRDefault="00BF26A5">
            <w:pPr>
              <w:spacing w:before="40" w:after="80"/>
            </w:pPr>
            <w:r>
              <w:rPr>
                <w:b/>
              </w:rPr>
              <w:t xml:space="preserve">Nome e </w:t>
            </w:r>
            <w:proofErr w:type="spellStart"/>
            <w:r>
              <w:rPr>
                <w:b/>
              </w:rPr>
              <w:t>cognome</w:t>
            </w:r>
            <w:proofErr w:type="spellEnd"/>
            <w:r>
              <w:rPr>
                <w:b/>
              </w:rPr>
              <w:t>:</w:t>
            </w:r>
            <w:r>
              <w:t xml:space="preserve"> _________________________________________________________________________________________________</w:t>
            </w:r>
          </w:p>
        </w:tc>
      </w:tr>
      <w:tr w:rsidR="003A0A65">
        <w:trPr>
          <w:jc w:val="center"/>
        </w:trPr>
        <w:tc>
          <w:tcPr>
            <w:tcW w:w="515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3A0A65" w:rsidRDefault="00874E70">
            <w:pPr>
              <w:spacing w:before="40" w:after="80"/>
            </w:pPr>
            <w:proofErr w:type="spellStart"/>
            <w:r>
              <w:rPr>
                <w:b/>
              </w:rPr>
              <w:t>Nato</w:t>
            </w:r>
            <w:proofErr w:type="spellEnd"/>
            <w:r>
              <w:rPr>
                <w:b/>
              </w:rPr>
              <w:t>/aa</w:t>
            </w:r>
            <w:r w:rsidR="00BF26A5">
              <w:rPr>
                <w:b/>
              </w:rPr>
              <w:t>:</w:t>
            </w:r>
            <w:r w:rsidR="00BF26A5">
              <w:t>_________________________________________</w:t>
            </w:r>
          </w:p>
        </w:tc>
        <w:tc>
          <w:tcPr>
            <w:tcW w:w="515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3A0A65" w:rsidRDefault="00BF26A5">
            <w:pPr>
              <w:spacing w:before="40" w:after="80"/>
            </w:pPr>
            <w:proofErr w:type="spellStart"/>
            <w:r>
              <w:rPr>
                <w:b/>
              </w:rPr>
              <w:t>il</w:t>
            </w:r>
            <w:proofErr w:type="spellEnd"/>
            <w:r>
              <w:rPr>
                <w:b/>
              </w:rPr>
              <w:t>:</w:t>
            </w:r>
            <w:r>
              <w:t xml:space="preserve"> ____________________________________________</w:t>
            </w:r>
          </w:p>
        </w:tc>
      </w:tr>
      <w:tr w:rsidR="003A0A65">
        <w:trPr>
          <w:jc w:val="center"/>
        </w:trPr>
        <w:tc>
          <w:tcPr>
            <w:tcW w:w="10312" w:type="dxa"/>
            <w:gridSpan w:val="2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3A0A65" w:rsidRDefault="00BF26A5">
            <w:pPr>
              <w:spacing w:before="40" w:after="80"/>
            </w:pPr>
            <w:r>
              <w:rPr>
                <w:b/>
              </w:rPr>
              <w:t xml:space="preserve">Codice </w:t>
            </w:r>
            <w:proofErr w:type="spellStart"/>
            <w:r>
              <w:rPr>
                <w:b/>
              </w:rPr>
              <w:t>fiscale</w:t>
            </w:r>
            <w:proofErr w:type="spellEnd"/>
            <w:r>
              <w:rPr>
                <w:b/>
              </w:rPr>
              <w:t>:</w:t>
            </w:r>
            <w:r>
              <w:t xml:space="preserve"> ____________________________________________________________________________________</w:t>
            </w:r>
          </w:p>
        </w:tc>
      </w:tr>
      <w:tr w:rsidR="003A0A65">
        <w:trPr>
          <w:jc w:val="center"/>
        </w:trPr>
        <w:tc>
          <w:tcPr>
            <w:tcW w:w="10312" w:type="dxa"/>
            <w:gridSpan w:val="2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3A0A65" w:rsidRDefault="00BF26A5">
            <w:pPr>
              <w:spacing w:before="40" w:after="80"/>
            </w:pPr>
            <w:proofErr w:type="spellStart"/>
            <w:r>
              <w:rPr>
                <w:b/>
              </w:rPr>
              <w:t>Residente</w:t>
            </w:r>
            <w:proofErr w:type="spellEnd"/>
            <w:r>
              <w:rPr>
                <w:b/>
              </w:rPr>
              <w:t xml:space="preserve"> in:</w:t>
            </w:r>
            <w:r>
              <w:t xml:space="preserve"> _____________________________________________________________________________________</w:t>
            </w:r>
          </w:p>
        </w:tc>
      </w:tr>
      <w:tr w:rsidR="003A0A65">
        <w:trPr>
          <w:jc w:val="center"/>
        </w:trPr>
        <w:tc>
          <w:tcPr>
            <w:tcW w:w="10312" w:type="dxa"/>
            <w:gridSpan w:val="2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3A0A65" w:rsidRDefault="00BF26A5">
            <w:pPr>
              <w:spacing w:before="40" w:after="80"/>
            </w:pPr>
            <w:r>
              <w:rPr>
                <w:b/>
              </w:rPr>
              <w:t>Via/Piazza e n.:</w:t>
            </w:r>
            <w:r>
              <w:t xml:space="preserve"> ____________________________________________________________________________________</w:t>
            </w:r>
          </w:p>
        </w:tc>
      </w:tr>
      <w:tr w:rsidR="003A0A65">
        <w:trPr>
          <w:jc w:val="center"/>
        </w:trPr>
        <w:tc>
          <w:tcPr>
            <w:tcW w:w="515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3A0A65" w:rsidRDefault="00BF26A5">
            <w:pPr>
              <w:spacing w:before="40" w:after="80"/>
            </w:pPr>
            <w:r>
              <w:rPr>
                <w:b/>
              </w:rPr>
              <w:t>E-mail:</w:t>
            </w:r>
            <w:r>
              <w:t xml:space="preserve"> __________________________________________</w:t>
            </w:r>
          </w:p>
        </w:tc>
        <w:tc>
          <w:tcPr>
            <w:tcW w:w="515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3A0A65" w:rsidRDefault="00BF26A5">
            <w:pPr>
              <w:spacing w:before="40" w:after="80"/>
            </w:pPr>
            <w:proofErr w:type="spellStart"/>
            <w:r>
              <w:rPr>
                <w:b/>
              </w:rPr>
              <w:t>Telefono</w:t>
            </w:r>
            <w:proofErr w:type="spellEnd"/>
            <w:r>
              <w:rPr>
                <w:b/>
              </w:rPr>
              <w:t>:</w:t>
            </w:r>
            <w:r>
              <w:t xml:space="preserve"> ______________________________________</w:t>
            </w:r>
          </w:p>
        </w:tc>
      </w:tr>
    </w:tbl>
    <w:p w:rsidR="003A0A65" w:rsidRDefault="003A0A65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3A0A65">
        <w:trPr>
          <w:jc w:val="center"/>
        </w:trPr>
        <w:tc>
          <w:tcPr>
            <w:tcW w:w="10312" w:type="dxa"/>
            <w:shd w:val="clear" w:color="auto" w:fill="0B2C66"/>
          </w:tcPr>
          <w:p w:rsidR="003A0A65" w:rsidRDefault="00BF26A5">
            <w:pPr>
              <w:spacing w:before="60" w:after="60"/>
            </w:pPr>
            <w:r>
              <w:rPr>
                <w:b/>
                <w:color w:val="FFFFFF"/>
                <w:sz w:val="21"/>
              </w:rPr>
              <w:t>DATI DELL'IMMOBILE E DELL'INTERVENTO</w:t>
            </w:r>
          </w:p>
        </w:tc>
      </w:tr>
    </w:tbl>
    <w:p w:rsidR="003A0A65" w:rsidRDefault="003A0A65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3A0A65">
        <w:trPr>
          <w:jc w:val="center"/>
        </w:trPr>
        <w:tc>
          <w:tcPr>
            <w:tcW w:w="10312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3A0A65" w:rsidRDefault="00BF26A5">
            <w:pPr>
              <w:spacing w:before="40" w:after="80"/>
            </w:pPr>
            <w:proofErr w:type="spellStart"/>
            <w:r>
              <w:rPr>
                <w:b/>
              </w:rPr>
              <w:t>Comune</w:t>
            </w:r>
            <w:proofErr w:type="spellEnd"/>
            <w:r>
              <w:rPr>
                <w:b/>
              </w:rPr>
              <w:t>:</w:t>
            </w:r>
            <w:r>
              <w:t xml:space="preserve"> _______________________________________________________________________________________</w:t>
            </w:r>
          </w:p>
        </w:tc>
      </w:tr>
      <w:tr w:rsidR="003A0A65">
        <w:trPr>
          <w:jc w:val="center"/>
        </w:trPr>
        <w:tc>
          <w:tcPr>
            <w:tcW w:w="10312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3A0A65" w:rsidRDefault="00BF26A5">
            <w:pPr>
              <w:spacing w:before="40" w:after="80"/>
            </w:pPr>
            <w:proofErr w:type="spellStart"/>
            <w:r>
              <w:rPr>
                <w:b/>
              </w:rPr>
              <w:t>Indirizzo</w:t>
            </w:r>
            <w:proofErr w:type="spellEnd"/>
            <w:r>
              <w:rPr>
                <w:b/>
              </w:rPr>
              <w:t>:</w:t>
            </w:r>
            <w:r>
              <w:t xml:space="preserve"> _______________________________________________________________________________________</w:t>
            </w:r>
          </w:p>
        </w:tc>
      </w:tr>
      <w:tr w:rsidR="003A0A65">
        <w:trPr>
          <w:jc w:val="center"/>
        </w:trPr>
        <w:tc>
          <w:tcPr>
            <w:tcW w:w="10312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3A0A65" w:rsidRDefault="00BF26A5">
            <w:pPr>
              <w:spacing w:before="40" w:after="80"/>
            </w:pPr>
            <w:proofErr w:type="spellStart"/>
            <w:r>
              <w:rPr>
                <w:b/>
              </w:rPr>
              <w:t>Dati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catastali</w:t>
            </w:r>
            <w:proofErr w:type="spellEnd"/>
            <w:r>
              <w:rPr>
                <w:b/>
              </w:rPr>
              <w:t xml:space="preserve"> (se </w:t>
            </w:r>
            <w:proofErr w:type="spellStart"/>
            <w:r>
              <w:rPr>
                <w:b/>
              </w:rPr>
              <w:t>disponibili</w:t>
            </w:r>
            <w:proofErr w:type="spellEnd"/>
            <w:r>
              <w:rPr>
                <w:b/>
              </w:rPr>
              <w:t>):</w:t>
            </w:r>
            <w:r>
              <w:t xml:space="preserve"> ______________________________________________________________________</w:t>
            </w:r>
          </w:p>
        </w:tc>
      </w:tr>
      <w:tr w:rsidR="003A0A65">
        <w:trPr>
          <w:jc w:val="center"/>
        </w:trPr>
        <w:tc>
          <w:tcPr>
            <w:tcW w:w="10312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3A0A65" w:rsidRDefault="00BF26A5">
            <w:pPr>
              <w:spacing w:before="40" w:after="80"/>
            </w:pPr>
            <w:proofErr w:type="spellStart"/>
            <w:r>
              <w:rPr>
                <w:b/>
              </w:rPr>
              <w:t>Titolo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edilizio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estremi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pratica</w:t>
            </w:r>
            <w:proofErr w:type="spellEnd"/>
            <w:r>
              <w:rPr>
                <w:b/>
              </w:rPr>
              <w:t>:</w:t>
            </w:r>
            <w:r>
              <w:t xml:space="preserve"> ____________________________________________________________________</w:t>
            </w:r>
          </w:p>
        </w:tc>
      </w:tr>
    </w:tbl>
    <w:p w:rsidR="003A0A65" w:rsidRDefault="003A0A65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3A0A65">
        <w:trPr>
          <w:jc w:val="center"/>
        </w:trPr>
        <w:tc>
          <w:tcPr>
            <w:tcW w:w="10312" w:type="dxa"/>
            <w:shd w:val="clear" w:color="auto" w:fill="0B2C66"/>
          </w:tcPr>
          <w:p w:rsidR="003A0A65" w:rsidRDefault="00BF26A5">
            <w:pPr>
              <w:spacing w:before="60" w:after="60"/>
            </w:pPr>
            <w:r>
              <w:rPr>
                <w:b/>
                <w:color w:val="FFFFFF"/>
                <w:sz w:val="21"/>
              </w:rPr>
              <w:t>DICHIARAZIONE DEL RICHIEDENTE</w:t>
            </w:r>
          </w:p>
        </w:tc>
      </w:tr>
    </w:tbl>
    <w:p w:rsidR="003A0A65" w:rsidRDefault="00BF26A5">
      <w:pPr>
        <w:spacing w:before="140" w:after="140"/>
        <w:jc w:val="both"/>
      </w:pPr>
      <w:r>
        <w:t>Il/La sottoscritto/a richiede, sotto la propria responsabilità, l'applicazione dell'aliquota IVA agevolata al 4% sui beni finiti acquistati e destinati alla costruzione dell'immobile sopra indicato, dichiarando che ricorrono i presupposti previsti dalla normativa vigente per la costruzione dell'abitazione con i requisiti dell'agevolazione “prima casa”.</w:t>
      </w:r>
    </w:p>
    <w:p w:rsidR="003A0A65" w:rsidRDefault="00BF26A5">
      <w:pPr>
        <w:spacing w:after="80"/>
        <w:ind w:left="283" w:hanging="198"/>
        <w:jc w:val="both"/>
      </w:pPr>
      <w:r>
        <w:rPr>
          <w:b/>
        </w:rPr>
        <w:t xml:space="preserve">• </w:t>
      </w:r>
      <w:r>
        <w:t>i beni acquistati saranno impiegati nella costruzione dell'abitazione indicata;</w:t>
      </w:r>
    </w:p>
    <w:p w:rsidR="003A0A65" w:rsidRDefault="00BF26A5">
      <w:pPr>
        <w:spacing w:after="80"/>
        <w:ind w:left="283" w:hanging="198"/>
        <w:jc w:val="both"/>
      </w:pPr>
      <w:r>
        <w:rPr>
          <w:b/>
        </w:rPr>
        <w:t xml:space="preserve">• </w:t>
      </w:r>
      <w:r>
        <w:t>l'immobile possiede o possiederà i requisiti richiesti dalla normativa applicabile;</w:t>
      </w:r>
    </w:p>
    <w:p w:rsidR="003A0A65" w:rsidRDefault="00BF26A5">
      <w:pPr>
        <w:spacing w:after="80"/>
        <w:ind w:left="283" w:hanging="198"/>
        <w:jc w:val="both"/>
      </w:pPr>
      <w:r>
        <w:rPr>
          <w:b/>
        </w:rPr>
        <w:t xml:space="preserve">• </w:t>
      </w:r>
      <w:r>
        <w:t>i prodotti oggetto della richiesta hanno natura di beni finiti e non di materie prime o semilavorati;</w:t>
      </w:r>
    </w:p>
    <w:p w:rsidR="003A0A65" w:rsidRDefault="00BF26A5">
      <w:pPr>
        <w:spacing w:after="80"/>
        <w:ind w:left="283" w:hanging="198"/>
        <w:jc w:val="both"/>
      </w:pPr>
      <w:r>
        <w:rPr>
          <w:b/>
        </w:rPr>
        <w:t xml:space="preserve">• </w:t>
      </w:r>
      <w:r>
        <w:t xml:space="preserve">la documentazione trasmessa è veritiera e </w:t>
      </w:r>
      <w:proofErr w:type="spellStart"/>
      <w:r>
        <w:t>riferita</w:t>
      </w:r>
      <w:proofErr w:type="spellEnd"/>
      <w:r>
        <w:t xml:space="preserve"> </w:t>
      </w:r>
      <w:proofErr w:type="spellStart"/>
      <w:r>
        <w:t>all'intervento</w:t>
      </w:r>
      <w:proofErr w:type="spellEnd"/>
      <w:r>
        <w:t xml:space="preserve"> </w:t>
      </w:r>
      <w:proofErr w:type="spellStart"/>
      <w:r>
        <w:t>dichiarato</w:t>
      </w:r>
      <w:proofErr w:type="spellEnd"/>
      <w:r>
        <w:t>.</w:t>
      </w:r>
    </w:p>
    <w:p w:rsidR="00DA3BD8" w:rsidRDefault="00DA3BD8">
      <w:pPr>
        <w:spacing w:after="80"/>
        <w:ind w:left="283" w:hanging="198"/>
        <w:jc w:val="both"/>
      </w:pPr>
    </w:p>
    <w:p w:rsidR="00DA3BD8" w:rsidRDefault="00DA3BD8">
      <w:pPr>
        <w:spacing w:after="80"/>
        <w:ind w:left="283" w:hanging="198"/>
        <w:jc w:val="both"/>
      </w:pPr>
    </w:p>
    <w:p w:rsidR="00DA3BD8" w:rsidRDefault="00DA3BD8">
      <w:pPr>
        <w:spacing w:after="80"/>
        <w:ind w:left="283" w:hanging="198"/>
        <w:jc w:val="both"/>
      </w:pPr>
    </w:p>
    <w:p w:rsidR="00DA3BD8" w:rsidRDefault="00DA3BD8">
      <w:pPr>
        <w:spacing w:after="80"/>
        <w:ind w:left="283" w:hanging="198"/>
        <w:jc w:val="both"/>
      </w:pPr>
    </w:p>
    <w:p w:rsidR="00DA3BD8" w:rsidRDefault="00DA3BD8">
      <w:pPr>
        <w:spacing w:after="80"/>
        <w:ind w:left="283" w:hanging="198"/>
        <w:jc w:val="both"/>
      </w:pPr>
      <w:bookmarkStart w:id="0" w:name="_GoBack"/>
      <w:bookmarkEnd w:id="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3A0A65">
        <w:trPr>
          <w:jc w:val="center"/>
        </w:trPr>
        <w:tc>
          <w:tcPr>
            <w:tcW w:w="10312" w:type="dxa"/>
            <w:shd w:val="clear" w:color="auto" w:fill="0B2C66"/>
          </w:tcPr>
          <w:p w:rsidR="003A0A65" w:rsidRDefault="00BF26A5">
            <w:pPr>
              <w:spacing w:before="60" w:after="60"/>
            </w:pPr>
            <w:r>
              <w:rPr>
                <w:b/>
                <w:color w:val="FFFFFF"/>
                <w:sz w:val="21"/>
              </w:rPr>
              <w:lastRenderedPageBreak/>
              <w:t>DOCUMENTAZIONE ALLEGATA</w:t>
            </w:r>
          </w:p>
        </w:tc>
      </w:tr>
    </w:tbl>
    <w:p w:rsidR="003A0A65" w:rsidRDefault="003A0A65">
      <w:pPr>
        <w:spacing w:after="20"/>
      </w:pPr>
    </w:p>
    <w:p w:rsidR="003A0A65" w:rsidRDefault="00BF26A5">
      <w:pPr>
        <w:spacing w:after="80"/>
        <w:ind w:left="198"/>
      </w:pPr>
      <w:r>
        <w:t>☐  Documento di identità</w:t>
      </w:r>
    </w:p>
    <w:p w:rsidR="003A0A65" w:rsidRDefault="00BF26A5">
      <w:pPr>
        <w:spacing w:after="80"/>
        <w:ind w:left="198"/>
      </w:pPr>
      <w:r>
        <w:t>☐  Codice fiscale</w:t>
      </w:r>
    </w:p>
    <w:p w:rsidR="003A0A65" w:rsidRDefault="00BF26A5">
      <w:pPr>
        <w:spacing w:after="80"/>
        <w:ind w:left="198"/>
      </w:pPr>
      <w:r>
        <w:t>☐  Titolo edilizio / autorizzazione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66"/>
      </w:tblGrid>
      <w:tr w:rsidR="003A0A65">
        <w:trPr>
          <w:jc w:val="center"/>
        </w:trPr>
        <w:tc>
          <w:tcPr>
            <w:tcW w:w="10312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874E70" w:rsidRDefault="00874E70">
            <w:pPr>
              <w:spacing w:before="40" w:after="80"/>
              <w:rPr>
                <w:b/>
              </w:rPr>
            </w:pPr>
          </w:p>
          <w:p w:rsidR="003A0A65" w:rsidRDefault="00BF26A5">
            <w:pPr>
              <w:spacing w:before="40" w:after="80"/>
            </w:pPr>
            <w:proofErr w:type="spellStart"/>
            <w:r>
              <w:rPr>
                <w:b/>
              </w:rPr>
              <w:t>Altra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documentazione</w:t>
            </w:r>
            <w:proofErr w:type="spellEnd"/>
            <w:r>
              <w:rPr>
                <w:b/>
              </w:rPr>
              <w:t>:</w:t>
            </w:r>
            <w:r>
              <w:t xml:space="preserve"> ________________________________________________________________________________________</w:t>
            </w:r>
            <w:r w:rsidR="00874E70">
              <w:t>_________</w:t>
            </w:r>
          </w:p>
        </w:tc>
      </w:tr>
    </w:tbl>
    <w:p w:rsidR="003A0A65" w:rsidRDefault="00BF26A5">
      <w:pPr>
        <w:spacing w:before="140" w:after="200"/>
        <w:jc w:val="both"/>
      </w:pPr>
      <w:r>
        <w:t>Il/La sottoscritto/a si assume la responsabilità delle dichiarazioni rese e si impegna a comunicare eventuali variazioni che possano incidere sul diritto all'aliquota agevolata. AM Termoidraulica potrà richiedere documentazione integrativa prima dell'emissione della fattura.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3A0A65">
        <w:trPr>
          <w:jc w:val="center"/>
        </w:trPr>
        <w:tc>
          <w:tcPr>
            <w:tcW w:w="5156" w:type="dxa"/>
            <w:tcBorders>
              <w:top w:val="single" w:sz="7" w:space="0" w:color="D9E1EC"/>
              <w:left w:val="single" w:sz="7" w:space="0" w:color="D9E1EC"/>
              <w:bottom w:val="single" w:sz="7" w:space="0" w:color="D9E1EC"/>
              <w:right w:val="single" w:sz="7" w:space="0" w:color="D9E1EC"/>
            </w:tcBorders>
          </w:tcPr>
          <w:p w:rsidR="003A0A65" w:rsidRDefault="00BF26A5">
            <w:pPr>
              <w:spacing w:before="120" w:after="360"/>
              <w:jc w:val="center"/>
            </w:pPr>
            <w:r>
              <w:rPr>
                <w:b/>
                <w:sz w:val="18"/>
              </w:rPr>
              <w:t>Luogo e data</w:t>
            </w:r>
          </w:p>
          <w:p w:rsidR="003A0A65" w:rsidRDefault="00BF26A5">
            <w:pPr>
              <w:jc w:val="center"/>
            </w:pPr>
            <w:r>
              <w:t>________________________________________</w:t>
            </w:r>
          </w:p>
        </w:tc>
        <w:tc>
          <w:tcPr>
            <w:tcW w:w="5156" w:type="dxa"/>
            <w:tcBorders>
              <w:top w:val="single" w:sz="7" w:space="0" w:color="D9E1EC"/>
              <w:left w:val="single" w:sz="7" w:space="0" w:color="D9E1EC"/>
              <w:bottom w:val="single" w:sz="7" w:space="0" w:color="D9E1EC"/>
              <w:right w:val="single" w:sz="7" w:space="0" w:color="D9E1EC"/>
            </w:tcBorders>
          </w:tcPr>
          <w:p w:rsidR="003A0A65" w:rsidRDefault="00BF26A5">
            <w:pPr>
              <w:spacing w:before="120" w:after="360"/>
              <w:jc w:val="center"/>
            </w:pPr>
            <w:r>
              <w:rPr>
                <w:b/>
                <w:sz w:val="18"/>
              </w:rPr>
              <w:t>Firma del richiedente</w:t>
            </w:r>
          </w:p>
          <w:p w:rsidR="003A0A65" w:rsidRDefault="00BF26A5">
            <w:pPr>
              <w:jc w:val="center"/>
            </w:pPr>
            <w:r>
              <w:t>________________________________________</w:t>
            </w:r>
          </w:p>
        </w:tc>
      </w:tr>
    </w:tbl>
    <w:p w:rsidR="003A0A65" w:rsidRDefault="00BF26A5">
      <w:pPr>
        <w:spacing w:before="160"/>
      </w:pPr>
      <w:proofErr w:type="spellStart"/>
      <w:r>
        <w:rPr>
          <w:b/>
        </w:rPr>
        <w:t>Riferimento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ordine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preventivo</w:t>
      </w:r>
      <w:proofErr w:type="spellEnd"/>
      <w:r>
        <w:rPr>
          <w:b/>
        </w:rPr>
        <w:t xml:space="preserve"> AM Termoidraulica: </w:t>
      </w:r>
      <w:r>
        <w:t>_______________________________________________________</w:t>
      </w:r>
      <w:r w:rsidR="00874E70">
        <w:t>__________________________________________</w:t>
      </w:r>
    </w:p>
    <w:p w:rsidR="00874E70" w:rsidRDefault="00874E70">
      <w:pPr>
        <w:spacing w:before="160"/>
      </w:pPr>
    </w:p>
    <w:p w:rsidR="003A0A65" w:rsidRDefault="00BF26A5">
      <w:pPr>
        <w:jc w:val="both"/>
      </w:pPr>
      <w:r>
        <w:rPr>
          <w:i/>
          <w:sz w:val="16"/>
        </w:rPr>
        <w:t>Nota: l'applicazione dell'aliquota agevolata resta subordinata alla verifica della documentazione e dei presupposti previsti dalla normativa vigente.</w:t>
      </w:r>
    </w:p>
    <w:sectPr w:rsidR="003A0A65" w:rsidSect="00034616">
      <w:pgSz w:w="12240" w:h="15840"/>
      <w:pgMar w:top="709" w:right="964" w:bottom="709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A0A65"/>
    <w:rsid w:val="00874E70"/>
    <w:rsid w:val="00AA1D8D"/>
    <w:rsid w:val="00B47730"/>
    <w:rsid w:val="00BF26A5"/>
    <w:rsid w:val="00CB0664"/>
    <w:rsid w:val="00DA3B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AF66BB"/>
  <w14:defaultImageDpi w14:val="300"/>
  <w15:docId w15:val="{00DC7B6C-9D85-4F88-BDBA-C169ED8B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pPr>
      <w:spacing w:after="100"/>
    </w:pPr>
    <w:rPr>
      <w:rFonts w:ascii="Arial" w:hAnsi="Arial"/>
      <w:sz w:val="19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764DD2-E4B4-4A45-9E40-FA9BFA2F8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client</cp:lastModifiedBy>
  <cp:revision>4</cp:revision>
  <dcterms:created xsi:type="dcterms:W3CDTF">2013-12-23T23:15:00Z</dcterms:created>
  <dcterms:modified xsi:type="dcterms:W3CDTF">2026-08-24T10:34:00Z</dcterms:modified>
  <cp:category/>
</cp:coreProperties>
</file>